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פרויקט אישי ותערוכה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המורשת האישי: ראיון, חפץ, מתכון ומפה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הצד המוחשי לבלתי מוחשי של פריט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לתפקיד בתערוכת המורשת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בן משפחה, שכן, מורה או מישהו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לפחות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החפץ עצמו שאפשר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מנהג, זיכרון או ערך שקשור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מצרכים, הכנה וגם זיכרון או סוד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מסמנים מקומות בארץ שגרו או ביקרו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מציין שאפשר לספר על מנהג שרוצים להתחיל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נכתב שהם נשמרים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מפורט ברשימת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אחד הקריטריונים הוא 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נכתב שאפשר להקרין בכיתה את הקיר של כל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(מחליטים מה מוצג ואיפה)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(מסבירים לאורחים על המוצגים)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(מכינים שלטים, צבעים וחיצים)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(מתעדים את התערוכה)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(מכינים כרטיסי מוצג ברורים)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(מקבלים אורחים ומחלקים ספר אורחים)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לתערוכה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מכין מוצג וכרטיס מוצג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מתחלקים לתפקידים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הכיתה כמוזיאון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מתאמנים בהדרכה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פותחים לאורחים ומסכמים מה 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החפץ, מקור, בעלים וסיפור קצר - לפחות 4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בגוף ראשון שמביעה רגש או זיכרון הקשור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שמבדיל בין הפריט הפיזי לבין המשמעות הרגשית או המנהג שמאחוריו, עם דוגמה אחת לכל צד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יזכיר חפץ/מנהג פיזי לעומת זיכרון/ערך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תפקיד עם נימוק קצר (אוצר, מדריך, מעצב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וענייני על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לפני תחילת העבודה על הפרויקט האישי או כסיכום באמצע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לשתף בעל פה את התשובה על החפץ שבחרו לפני שממשיכים לתערוכה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כדי לתרגל גם את מיומנות ההדרכה הנדרשת בתערוכה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פרויקט אישי ותערוכה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פרויקט מורשת אישי – ראיון עם מבוגר, סיפור על חפץ, מתכון משפחתי ומפת מסעות – ואיך מציגים אותו בתערוכה כיתתית.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 מי אפשר לראיין בפרויקט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משפחה, שכן, מורה או מישהו מהקהילה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מישהו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לראיין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צריך לבחור לראיון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לפחות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בדיוק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לפחות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'הצד המוחשי' של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הסיפור הרגשי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החפץ עצמו שאפשר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האהוב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'הצד הבלתי מוחשי' של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מנהג, זיכרון או ערך שקשור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המשקל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כרטיס מתכון 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מצרכים, הכנה וגם זיכרון או סוד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מחיר המצרכים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אם המשפחה 'תמיד הייתה כאן'?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ממלאים את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מקומות בארץ שגרו או ביקרו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ממציאים מקום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בפרויקט גם על מנהג חדש שרוצים להתחיל, לא רק מנהג ישן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החפץ והמתכון נשמרים רק במחשב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בתערוכה הכיתתית יש תפקידים כמו אוצרים, מדריכים ומעצבים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ההערכה יש חלק שבודק האם שיתפו סיפור או זיכרון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להקרין בכיתה את קיר המורשת הדיגיטלי של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ליד כל מקום במפת המסעות כותבים __________ אחת שמייצגת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חפץ מספר סיפור שואלים גם למי היה שייך ומי __________ עליו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בתערוכה הכיתתית ה__________ מחליטים מה מוצג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בקיר המורשת אפשר לכתוב מילה אחת שמסכמת את המושג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בכרטיס מתכון משפחתי כותבים גם את ה__________ הקטן שלא כתוב בשום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מתעדים את התערוכה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מדריכים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מחליטים מה מוצג ואיפה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מעצבים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מקבלים אורחים ומחלקים ספר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מכינים כרטיסי מוצג ברורים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כותבי שלטים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מסבירים לאורחים על המוצגים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מכינים שלטים, צבעים וחיצים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הכנת התערוכה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מתאמנים בהדרכה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הכיתה כמוזיאון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לתערוכה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מכין מוצג וכרטיס מוצג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לאורחים ומסכמים מה למדנו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לתפקידים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שחשוב לכם וכתבו עליו 4-5 משפטים: מאיפה הוא הגיע, למי היה שייך,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החפץ שבחרתם היה יכול לדבר - מה הוא היה אומר? כתבו 2-3 משפטים בגוף ראשון של החפץ.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הצד המוחשי לבלתי מוחשי של המנהג או החפץ שבחרתם?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הצדדים (מוחשי ובלתי מוחשי) שצריך להציג על מוצג בתערוכה?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תפקיד בתערוכה הייתם בוחרים,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עבורכם מהי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פרויקט אישי ותערוכה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