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פרויקט אישי ותערוכה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המורשת האישי: ראיון, חפץ, מתכון ומפה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הצד המוחשי לבלתי מוחשי של פריט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לתפקיד בתערוכת המורשת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בן משפחה, שכן, מורה או מישהו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לפחות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מציין שאפשר לספר על מנהג שרוצים להתחיל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נכתב שהם נשמרים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מפורט ברשימת התפקידים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(מחליטים מה מוצג ואיפה)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(מסבירים לאורחים על המוצגים)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(מכינים שלטים, צבעים וחיצים)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(מתעדים את התערוכה)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לתערוכה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מכין מוצג וכרטיס מוצג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מתחלקים לתפקידים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הכיתה כמוזיאון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החפץ, מקור, בעלים וסיפור קצר - לפחות 4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יזכיר חפץ/מנהג פיזי לעומת זיכרון/ערך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תפקיד עם נימוק קצר (אוצר, מדריך, מעצב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וענייני על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לפני תחילת העבודה על הפרויקט האישי או כסיכום באמצע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לשתף בעל פה את התשובה על החפץ שבחרו לפני שממשיכים לתערוכה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כדי לתרגל גם את מיומנות ההדרכה הנדרשת בתערוכה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פרויקט אישי ותערוכה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לומדים איך בונים פרויקט מורשת אישי – ראיון עם מבוגר, סיפור על חפץ, מתכון משפחתי ומפת מסעות – ואיך מציגים אותו בתערוכה כיתתית.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מילה  ·  אוצרים  ·  שומר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את מי אפשר לראיין בפרויקט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בן משפחה, שכן, מורה או מישהו מהקהילה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מישהו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שאלות צריך לבחור לראיון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לפחות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בדיוק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לפחות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לספר בפרויקט גם על מנהג חדש שרוצים להתחיל, לא רק מנהג ישן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החפץ והמתכון נשמרים רק במחשב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בתערוכה הכיתתית יש תפקידים כמו אוצרים, מדריכים ומעצבים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ליד כל מקום במפת המסעות כותבים __________ אחת שמייצגת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בכרטיס חפץ מספר סיפור שואלים גם למי היה שייך ומי __________ עליו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בתערוכה הכיתתית ה__________ מחליטים מה מוצג ואיפה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מסבירים לאורחים על המוצגים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מדריכים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מכינים שלטים, צבעים וחיצים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מעצבים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מתעדים את התערוכה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מחליטים מה מוצג ואיפה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הכנת התערוכה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מתחלקים לתפקידים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מסדרים את הכיתה כמוזיאון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מכין מוצג וכרטיס מוצג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נושא לתערוכה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מהבית שחשוב לכם וכתבו עליו 4-5 משפטים: מאיפה הוא הגיע, למי היה שייך,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הצדדים (מוחשי ובלתי מוחשי) שצריך להציג על מוצג בתערוכה?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תפקיד בתערוכה הייתם בוחרים,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פרויקט אישי ותערוכה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